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B9B05" w14:textId="77777777" w:rsidR="003928C9" w:rsidRPr="00EA22B1" w:rsidRDefault="007B1644">
      <w:pPr>
        <w:pStyle w:val="Nzev"/>
        <w:jc w:val="center"/>
        <w:rPr>
          <w:lang w:val="cs-CZ"/>
        </w:rPr>
      </w:pPr>
      <w:r w:rsidRPr="00EA22B1">
        <w:rPr>
          <w:lang w:val="cs-CZ"/>
        </w:rPr>
        <w:t>SOUHLAS S KANDIDATUROU</w:t>
      </w:r>
    </w:p>
    <w:p w14:paraId="51B6F1CC" w14:textId="77777777" w:rsidR="003928C9" w:rsidRPr="00EA22B1" w:rsidRDefault="007B1644">
      <w:pPr>
        <w:pStyle w:val="Nadpis1"/>
        <w:jc w:val="center"/>
        <w:rPr>
          <w:lang w:val="cs-CZ"/>
        </w:rPr>
      </w:pPr>
      <w:r w:rsidRPr="00EA22B1">
        <w:rPr>
          <w:lang w:val="cs-CZ"/>
        </w:rPr>
        <w:t>DO ŠKOLSKÉ RADY</w:t>
      </w:r>
    </w:p>
    <w:p w14:paraId="7266F6EC" w14:textId="77777777" w:rsidR="003928C9" w:rsidRPr="00EA22B1" w:rsidRDefault="007B1644">
      <w:pPr>
        <w:jc w:val="center"/>
        <w:rPr>
          <w:lang w:val="cs-CZ"/>
        </w:rPr>
      </w:pPr>
      <w:r w:rsidRPr="00EA22B1">
        <w:rPr>
          <w:lang w:val="cs-CZ"/>
        </w:rPr>
        <w:t>Základní škola a Mateřská škola Svatobořice-Mistřín, okres Hodonín, příspěvková organizace</w:t>
      </w:r>
    </w:p>
    <w:p w14:paraId="731BB770" w14:textId="77777777" w:rsidR="003928C9" w:rsidRPr="00EA22B1" w:rsidRDefault="007B1644">
      <w:pPr>
        <w:jc w:val="center"/>
        <w:rPr>
          <w:lang w:val="cs-CZ"/>
        </w:rPr>
      </w:pPr>
      <w:r w:rsidRPr="00EA22B1">
        <w:rPr>
          <w:lang w:val="cs-CZ"/>
        </w:rPr>
        <w:t>Volby do školské rady – 2026</w:t>
      </w:r>
    </w:p>
    <w:p w14:paraId="09593FB3" w14:textId="77777777" w:rsidR="003928C9" w:rsidRPr="00EA22B1" w:rsidRDefault="007B1644" w:rsidP="00F1685A">
      <w:pPr>
        <w:pStyle w:val="Nadpis2"/>
        <w:jc w:val="both"/>
        <w:rPr>
          <w:lang w:val="cs-CZ"/>
        </w:rPr>
      </w:pPr>
      <w:r w:rsidRPr="00EA22B1">
        <w:rPr>
          <w:lang w:val="cs-CZ"/>
        </w:rPr>
        <w:t>Údaje o kandidátovi</w:t>
      </w:r>
    </w:p>
    <w:p w14:paraId="7FA39DDB" w14:textId="77777777" w:rsidR="007B1644" w:rsidRDefault="007B1644" w:rsidP="00F1685A">
      <w:pPr>
        <w:jc w:val="both"/>
        <w:rPr>
          <w:lang w:val="cs-CZ"/>
        </w:rPr>
      </w:pPr>
    </w:p>
    <w:p w14:paraId="3FED5AD1" w14:textId="6AC41697" w:rsidR="003928C9" w:rsidRPr="00EA22B1" w:rsidRDefault="007B1644" w:rsidP="00F1685A">
      <w:pPr>
        <w:jc w:val="both"/>
        <w:rPr>
          <w:lang w:val="cs-CZ"/>
        </w:rPr>
      </w:pPr>
      <w:r w:rsidRPr="00EA22B1">
        <w:rPr>
          <w:lang w:val="cs-CZ"/>
        </w:rPr>
        <w:t xml:space="preserve">Jméno a příjmení:  </w:t>
      </w:r>
      <w:r w:rsidRPr="00EA22B1">
        <w:rPr>
          <w:lang w:val="cs-CZ"/>
        </w:rPr>
        <w:t>................................................................................................................</w:t>
      </w:r>
    </w:p>
    <w:p w14:paraId="725966A7" w14:textId="77777777" w:rsidR="007B1644" w:rsidRDefault="007B1644" w:rsidP="00F1685A">
      <w:pPr>
        <w:jc w:val="both"/>
        <w:rPr>
          <w:lang w:val="cs-CZ"/>
        </w:rPr>
      </w:pPr>
    </w:p>
    <w:p w14:paraId="0FC1E4E3" w14:textId="4A246C3E" w:rsidR="003928C9" w:rsidRPr="00EA22B1" w:rsidRDefault="007B1644" w:rsidP="00F1685A">
      <w:pPr>
        <w:jc w:val="both"/>
        <w:rPr>
          <w:lang w:val="cs-CZ"/>
        </w:rPr>
      </w:pPr>
      <w:r w:rsidRPr="00EA22B1">
        <w:rPr>
          <w:lang w:val="cs-CZ"/>
        </w:rPr>
        <w:t>Kontaktní e-mail:  .....................................................................................................................</w:t>
      </w:r>
    </w:p>
    <w:p w14:paraId="7F17ABBD" w14:textId="77777777" w:rsidR="007B1644" w:rsidRDefault="007B1644" w:rsidP="00F1685A">
      <w:pPr>
        <w:jc w:val="both"/>
        <w:rPr>
          <w:lang w:val="cs-CZ"/>
        </w:rPr>
      </w:pPr>
    </w:p>
    <w:p w14:paraId="1C768D97" w14:textId="22284CD1" w:rsidR="003928C9" w:rsidRPr="00EA22B1" w:rsidRDefault="007B1644" w:rsidP="00F1685A">
      <w:pPr>
        <w:jc w:val="both"/>
        <w:rPr>
          <w:lang w:val="cs-CZ"/>
        </w:rPr>
      </w:pPr>
      <w:r w:rsidRPr="00EA22B1">
        <w:rPr>
          <w:lang w:val="cs-CZ"/>
        </w:rPr>
        <w:t>Telefon (nepovinný):  ...............................................................................................................</w:t>
      </w:r>
    </w:p>
    <w:p w14:paraId="0B22AB62" w14:textId="77777777" w:rsidR="003928C9" w:rsidRPr="00EA22B1" w:rsidRDefault="007B1644" w:rsidP="00F1685A">
      <w:pPr>
        <w:pStyle w:val="Nadpis2"/>
        <w:jc w:val="both"/>
        <w:rPr>
          <w:lang w:val="cs-CZ"/>
        </w:rPr>
      </w:pPr>
      <w:r w:rsidRPr="00EA22B1">
        <w:rPr>
          <w:lang w:val="cs-CZ"/>
        </w:rPr>
        <w:t>Prohlášení kandidáta</w:t>
      </w:r>
    </w:p>
    <w:p w14:paraId="4C1573B1" w14:textId="77777777" w:rsidR="003928C9" w:rsidRPr="00EA22B1" w:rsidRDefault="007B1644" w:rsidP="00F1685A">
      <w:pPr>
        <w:jc w:val="both"/>
        <w:rPr>
          <w:lang w:val="cs-CZ"/>
        </w:rPr>
      </w:pPr>
      <w:r w:rsidRPr="00EA22B1">
        <w:rPr>
          <w:lang w:val="cs-CZ"/>
        </w:rPr>
        <w:t>Prohlašuji, že souhlasím se svou kandidaturou ve volbách do školské rady Základní školy a Mateřské školy Svatobořice-Mistřín, okres Hodonín, příspěvkové organizace, a to za skupinu zástupců volených zákonnými zástupci nezletilých žáků školy.</w:t>
      </w:r>
    </w:p>
    <w:p w14:paraId="6E0423C4" w14:textId="77777777" w:rsidR="003928C9" w:rsidRPr="00EA22B1" w:rsidRDefault="007B1644" w:rsidP="00F1685A">
      <w:pPr>
        <w:jc w:val="both"/>
        <w:rPr>
          <w:lang w:val="cs-CZ"/>
        </w:rPr>
      </w:pPr>
      <w:r w:rsidRPr="00EA22B1">
        <w:rPr>
          <w:lang w:val="cs-CZ"/>
        </w:rPr>
        <w:t>Souhlasím s uvedením svého jména a příjmení na kandidátní listině a volebních lístcích.</w:t>
      </w:r>
    </w:p>
    <w:p w14:paraId="2FDD0792" w14:textId="77777777" w:rsidR="003928C9" w:rsidRPr="00EA22B1" w:rsidRDefault="007B1644" w:rsidP="00F1685A">
      <w:pPr>
        <w:jc w:val="both"/>
        <w:rPr>
          <w:lang w:val="cs-CZ"/>
        </w:rPr>
      </w:pPr>
      <w:r w:rsidRPr="00EA22B1">
        <w:rPr>
          <w:lang w:val="cs-CZ"/>
        </w:rPr>
        <w:t>Prohlašuji, že mi nejsou známy skutečnosti, které by podle § 167 zákona č. 561/2004 Sb., školského zákona, bránily mému případnému členství ve školské radě.</w:t>
      </w:r>
    </w:p>
    <w:p w14:paraId="4D783F22" w14:textId="77777777" w:rsidR="003928C9" w:rsidRPr="00EA22B1" w:rsidRDefault="007B1644" w:rsidP="00F1685A">
      <w:pPr>
        <w:jc w:val="both"/>
        <w:rPr>
          <w:lang w:val="cs-CZ"/>
        </w:rPr>
      </w:pPr>
      <w:r w:rsidRPr="00EA22B1">
        <w:rPr>
          <w:lang w:val="cs-CZ"/>
        </w:rPr>
        <w:t>V případě zvolení jsem připraven(a) funkci člena školské rady vykonávat.</w:t>
      </w:r>
    </w:p>
    <w:p w14:paraId="34D673E1" w14:textId="77777777" w:rsidR="007B1644" w:rsidRDefault="007B1644" w:rsidP="00F1685A">
      <w:pPr>
        <w:jc w:val="both"/>
        <w:rPr>
          <w:lang w:val="cs-CZ"/>
        </w:rPr>
      </w:pPr>
    </w:p>
    <w:p w14:paraId="191AE60D" w14:textId="40D7E0C3" w:rsidR="003928C9" w:rsidRPr="00EA22B1" w:rsidRDefault="007B1644" w:rsidP="00F1685A">
      <w:pPr>
        <w:jc w:val="both"/>
        <w:rPr>
          <w:lang w:val="cs-CZ"/>
        </w:rPr>
      </w:pPr>
      <w:r w:rsidRPr="00EA22B1">
        <w:rPr>
          <w:lang w:val="cs-CZ"/>
        </w:rPr>
        <w:t>Ve Svatobořicích-Mistříně dne:  ........................................................</w:t>
      </w:r>
    </w:p>
    <w:p w14:paraId="352E008D" w14:textId="77777777" w:rsidR="007B1644" w:rsidRDefault="007B1644" w:rsidP="00F1685A">
      <w:pPr>
        <w:jc w:val="both"/>
        <w:rPr>
          <w:lang w:val="cs-CZ"/>
        </w:rPr>
      </w:pPr>
    </w:p>
    <w:p w14:paraId="37F84D60" w14:textId="6A756845" w:rsidR="003928C9" w:rsidRPr="00EA22B1" w:rsidRDefault="007B1644" w:rsidP="00F1685A">
      <w:pPr>
        <w:jc w:val="both"/>
        <w:rPr>
          <w:lang w:val="cs-CZ"/>
        </w:rPr>
      </w:pPr>
      <w:r w:rsidRPr="00EA22B1">
        <w:rPr>
          <w:lang w:val="cs-CZ"/>
        </w:rPr>
        <w:t>Podpis kandidáta:  .................................................................................</w:t>
      </w:r>
    </w:p>
    <w:p w14:paraId="4BBD2EBF" w14:textId="77777777" w:rsidR="003928C9" w:rsidRPr="00EA22B1" w:rsidRDefault="007B1644" w:rsidP="00F1685A">
      <w:pPr>
        <w:pStyle w:val="Nadpis2"/>
        <w:jc w:val="both"/>
        <w:rPr>
          <w:lang w:val="cs-CZ"/>
        </w:rPr>
      </w:pPr>
      <w:r w:rsidRPr="00EA22B1">
        <w:rPr>
          <w:lang w:val="cs-CZ"/>
        </w:rPr>
        <w:t>Pokyny k odevzdání</w:t>
      </w:r>
    </w:p>
    <w:p w14:paraId="33B72B2E" w14:textId="64ED02C0" w:rsidR="003928C9" w:rsidRPr="00EA22B1" w:rsidRDefault="007B1644" w:rsidP="00F1685A">
      <w:pPr>
        <w:jc w:val="both"/>
        <w:rPr>
          <w:lang w:val="cs-CZ"/>
        </w:rPr>
      </w:pPr>
      <w:r w:rsidRPr="00EA22B1">
        <w:rPr>
          <w:lang w:val="cs-CZ"/>
        </w:rPr>
        <w:t xml:space="preserve">Vyplněný a podepsaný formulář doručte nejpozději do </w:t>
      </w:r>
      <w:r w:rsidR="00EA22B1" w:rsidRPr="00EA22B1">
        <w:rPr>
          <w:lang w:val="cs-CZ"/>
        </w:rPr>
        <w:t>2</w:t>
      </w:r>
      <w:r w:rsidRPr="00EA22B1">
        <w:rPr>
          <w:lang w:val="cs-CZ"/>
        </w:rPr>
        <w:t xml:space="preserve">. </w:t>
      </w:r>
      <w:r w:rsidR="00EA22B1" w:rsidRPr="00EA22B1">
        <w:rPr>
          <w:lang w:val="cs-CZ"/>
        </w:rPr>
        <w:t>listopadu</w:t>
      </w:r>
      <w:r w:rsidRPr="00EA22B1">
        <w:rPr>
          <w:lang w:val="cs-CZ"/>
        </w:rPr>
        <w:t xml:space="preserve"> 2026 do kanceláře školy nebo prostřednictvím svého dítěte třídnímu učiteli.</w:t>
      </w:r>
    </w:p>
    <w:p w14:paraId="15005CBB" w14:textId="77777777" w:rsidR="003928C9" w:rsidRPr="00EA22B1" w:rsidRDefault="007B1644" w:rsidP="00F1685A">
      <w:pPr>
        <w:jc w:val="both"/>
        <w:rPr>
          <w:lang w:val="cs-CZ"/>
        </w:rPr>
      </w:pPr>
      <w:r w:rsidRPr="00EA22B1">
        <w:rPr>
          <w:i/>
          <w:lang w:val="cs-CZ"/>
        </w:rPr>
        <w:t>Kontaktní údaje budou využity pouze pro organizační komunikaci související s volbami a případným výkonem funkce člena školské rady.</w:t>
      </w:r>
    </w:p>
    <w:sectPr w:rsidR="003928C9" w:rsidRPr="00EA22B1" w:rsidSect="00034616">
      <w:pgSz w:w="12240" w:h="15840"/>
      <w:pgMar w:top="1219" w:right="1332" w:bottom="1134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5799107">
    <w:abstractNumId w:val="8"/>
  </w:num>
  <w:num w:numId="2" w16cid:durableId="1303732509">
    <w:abstractNumId w:val="6"/>
  </w:num>
  <w:num w:numId="3" w16cid:durableId="1332491159">
    <w:abstractNumId w:val="5"/>
  </w:num>
  <w:num w:numId="4" w16cid:durableId="1759406997">
    <w:abstractNumId w:val="4"/>
  </w:num>
  <w:num w:numId="5" w16cid:durableId="328874761">
    <w:abstractNumId w:val="7"/>
  </w:num>
  <w:num w:numId="6" w16cid:durableId="1284187730">
    <w:abstractNumId w:val="3"/>
  </w:num>
  <w:num w:numId="7" w16cid:durableId="839657533">
    <w:abstractNumId w:val="2"/>
  </w:num>
  <w:num w:numId="8" w16cid:durableId="1249079341">
    <w:abstractNumId w:val="1"/>
  </w:num>
  <w:num w:numId="9" w16cid:durableId="42602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322F"/>
    <w:rsid w:val="00326F90"/>
    <w:rsid w:val="003928C9"/>
    <w:rsid w:val="007B1644"/>
    <w:rsid w:val="0096123A"/>
    <w:rsid w:val="00AA1D8D"/>
    <w:rsid w:val="00B47730"/>
    <w:rsid w:val="00CB0664"/>
    <w:rsid w:val="00EA22B1"/>
    <w:rsid w:val="00F168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BD1662B-CED6-4350-A512-2A42B60F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60"/>
    </w:pPr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Mašek Zbyněk</cp:lastModifiedBy>
  <cp:revision>4</cp:revision>
  <dcterms:created xsi:type="dcterms:W3CDTF">2013-12-23T23:15:00Z</dcterms:created>
  <dcterms:modified xsi:type="dcterms:W3CDTF">2026-10-10T18:23:00Z</dcterms:modified>
  <cp:category/>
</cp:coreProperties>
</file>